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דף תרגול להדפסה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תרגול – תעודת זהות לטקסט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8 טקסטים · כותרת · במה · מוען · נמען · תאריך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📘 רגיל   ·   👩‍🏫 מהדורת מורה + תלמיד/ה   ·   🖨️ PDF · Word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מטרות, מהלך,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ממלאים תעודות זהות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עכשיו לבד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סוגה, מטרה ואמינות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בכל טקסט כותרת, במה, מוען, נמען ותאריך.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להבחין בין מוען לבין מי שמדברים עליו, ובין תאריך אירוע לתאריך פרסום.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לזהות סוגה ומטרה ולהעריך אמינות של טקסט.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(כ־20–30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7960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🎬 פתיחה (3 דק׳)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מקרינים את משחק ״מלאו את תעודת הזהות״ ופותרים טקסט אחד יחד.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✏️ חלקים א׳–ב׳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כל טקסט וממלאים; בודקים בזוגות לפני הבדיקה במליאה.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💭 חלק ג׳ וסיכום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מיון לפי מטרה ושאלת אמינות; כרטיס יציאה.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הדף תואם בדיוק לפעילות באתר: אפשר לשחק קודם באתר ואז לפתור על הדף, או להפך. אין לחץ זמן – בחנ״מ ובעולים אפשר לחלק לשני מפגשים.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הגרסה הזאת: רגיל. כל הפריטים, שאלות פתוחות ושאלת חשיבה.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1: 🤖 חוג רובוטיקה לנוער – נרשמים עכשיו!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חוג רובוטיקה לנוער – נרשמים עכשיו!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לוח המודעות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צוות החוגים של המרכז הקהילתי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בני ובנות נוער בגילי 12–15 (והוריהם)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1.9.2026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מודעה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לשכנע להירשם ולמסור מידע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2: צבי מים נראו שוב בנחל אחרי עשר שנים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צבי מים נראו שוב בנחל אחרי עשר שנים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אתר החדשות המקומי ״קול העמק״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שירה מעיינות (כתבת)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תושבי העמק וקוראי האתר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9 במרץ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ידיעה חדשותית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למסור מידע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3: הנדון: בקשה להאריך את שעות הפתיחה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הנדון: בקשה להאריך את שעות הפתיחה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לא פורסם – נשלח ישירות אל הנמענת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עומר, תלמיד כיתה ו׳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מנהלת הספרייה העירונית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25 באוקטובר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מכתב רשמי (בקשה)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לבקש ולשכנע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4: המטרייה שלא רצתה להיפתח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המטרייה שלא רצתה להיפתח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הירחון ״צבעוני״ – ירחון לילדים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אלה נהרי (הסופרת)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ילדים וילדות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נובמבר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סיפור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לבדר ולעורר מחשבה (על פחד ועזרה)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5: שבוע הקריאה: ספר טוב לכל אחד ואחת!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שבוע הקריאה: ספר טוב לכל אחד ואחת!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כרזה במסדרון בית הספר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צוות הספרייה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התלמידים והתלמידות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לא מצוין בטקסט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כרזה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להזמין ולעודד לקרוא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6: שלושה טיפים לגינת תבלינים במרפסת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שלושה טיפים לגינת תבלינים במרפסת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הבלוג ״הגינה הקטנה שלי״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יעל, מגדלת צמחים חובבת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 שרוצה לגדל צמחים בבית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12.3.2026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רשומה בבלוג (טקסט מידע והדרכה)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להדריך ולשתף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7: כדורי שיבולת שועל – בלי אפייה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כדורי שיבולת שועל – בלי אפייה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מחברת המתכונים המשפחתית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סבתא נעמה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בני המשפחה ומי שרוצה להכין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לא מצוין בטקסט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הוראות (מתכון)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להדריך איך עושים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טקסט 8: ערב משחקי קופסה לכל המשפחה!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🏷️ 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ערב משחקי קופסה לכל המשפחה!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📰 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קבוצת ההודעות של השכבה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✍️ 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ועד ההורים של שכבת ה׳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משפחות התלמידים והתלמידות בשכבה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📅 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5.11.2026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📚 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הזמנה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🎯 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להזמין ולמסור פרטים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חלק ג׳ 1 – מיון לפי מטרה: לפי שורת ״מטרה״ בכל טבלה (טקסט יכול להתאים ליותר ממטרה אחת – מקבלים נימוק סביר).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חלק ג׳ 2 – שדות חסרים: טקסט 5 (כרזה) – תאריך; טקסט 7 (הוראות (מתכון)) – תאריך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חלק ג׳ 3 – תשובה אישית: טקסט + שני שדות + נימוק (למשל: מוען מקצועי ותאריך עדכני).</w:t>
      </w:r>
    </w:p>
    <w:p>
      <w:r>
        <w:br w:type="page"/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תרגול · תעודת זהות לטקסט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ממלאים תעודות זהות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כל טקסט ומלאו את תעודת הזהות שלו. אם שדה לא מופיע – כתבו ״לא מצוין בטקסט״.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📌 טקסט 1: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🤖 חוג רובוטיקה לנוער – נרשמים עכשיו!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בונים, מתכנתים ומתחרים – בקבוצה קטנה ובאווירה טובה.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ימי שלישי, 17:00–18:30, באולם הקומה השנייה.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מתאים לגילאי 12–15. לא צריך ניסיון קודם!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להרשמה: במשרדי המרכז הקהילתי ״גני האלון״.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📰 טקסט 2: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צבי מים נראו שוב בנחל אחרי עשר שנים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לאחר מבצע ניקוי שנמשך שנתיים, דווח השבוע על צבי מים שחזרו לשחות בנחל העובר בעמק.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לדברי פקח/ית שמורת הטבע, הצבים חזרו בזכות המים הנקיים והצמחייה שנשתלה מחדש על הגדות.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תושבים מתבקשים לא להאכיל את הצבים ולא להתקרב אליהם.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✉️ טקסט 3: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הנדון: בקשה להאריך את שעות הפתיחה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לכבוד מנהלת הספרייה העירונית,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שלום רב,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אני תלמיד בכיתה ו׳ ובא לספרייה כמעט כל יום אחרי הלימודים. הספרייה נסגרת בשעה 16:00, ולכן אני וחבריי לא מספיקים להחליף ספרים אחרי החוג.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אני מבקש לשקול לפתוח את הספרייה עד השעה 18:00 לפחות פעמיים בשבוע. אני בטוח שילדים רבים ישמחו.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בתודה ובברכה,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עומר, תלמיד כיתה ו׳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טקסט 4: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המטרייה שלא רצתה להיפתח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כל המטריות בעמדה ליד הדלת נפתחו בשמחה כשהתחיל הגשם. רק מטרייה צהובה וקטנה נשארה מקופלת.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״מה קרה לך?״ שאלה אותה המטרייה הגדולה. ״אני מפחדת מהרוח,״ לחשה הצהובה.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באותו בוקר יצאה ילדה עם מגפיים אדומים, הרימה אותה בעדינות ואמרה: ״נלך יחד, לאט.״ והמטרייה – נפתחה.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עכשיו לבד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עכשיו לבד! מלאו את הטבלה לכל טקסט.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🎨 טקסט 5: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שבוע הקריאה: ספר טוב לכל אחד ואחת!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📚 החלפת ספרים בהפסקה הגדולה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🎤 מפגש ״קראתי ואהבתי״ – כל אחד ואחת מספרים על ספר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🏆 מי יקרא הכי הרבה עמודים בכיתה?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💻 טקסט 6: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שלושה טיפים לגינת תבלינים במרפסת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1. בחרו מקום עם שמש של בוקר – רוב התבלינים אוהבים אור ולא חום כבד.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2. השקו מעט ולעתים קרובות, ובדקו באצבע אם האדמה יבשה.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3. קטפו עלים מלמעלה – כך הצמח יתעבה ויצמח לרוחב.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מה הטיפ שלכם? כתבו לי בתגובות!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🍪 טקסט 7: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כדורי שיבולת שועל – בלי אפייה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מצרכים: כוס שיבולת שועל, חצי כוס תמרים טחונים, 2 כפות טחינה, קוקוס לציפוי.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1. מערבבים בקערה את שיבולת השועל, התמרים והטחינה.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2. יוצרים כדורים קטנים בידיים רטובות.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3. מגלגלים בקוקוס ומקררים חצי שעה.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🎲 טקסט 8: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ערב משחקי קופסה לכל המשפחה!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הורים, סבים וסבתות, אחים ואחיות – בואו לשחק איתנו!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מתי? יום חמישי, 19.11.2026, בשעה 18:00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איפה? באולם הספורט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הביאו משחק אהוב – ומצב רוח טוב 🙂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שדה</w:t>
                  </w:r>
                </w:p>
              </w:tc>
              <w:tc>
                <w:tcPr>
                  <w:tcW w:type="dxa" w:w="5103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d6f0dc"/>
          <w:left w:val="single" w:sz="18" w:color="d6f0dc"/>
          <w:bottom w:val="single" w:sz="18" w:color="d6f0dc"/>
          <w:right w:val="single" w:sz="18" w:color="d6f0dc"/>
          <w:insideH w:val="single" w:sz="18" w:color="d6f0dc"/>
          <w:insideV w:val="single" w:sz="18" w:color="d6f0dc"/>
        </w:tblBorders>
      </w:tblPr>
      <w:tblGrid>
        <w:gridCol w:w="10206"/>
      </w:tblGrid>
      <w:tr>
        <w:tc>
          <w:tcPr>
            <w:tcW w:type="dxa" w:w="10206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2F7D47"/>
                <w:sz w:val="27"/>
                <w:bCs/>
                <w:szCs w:val="27"/>
                <w:rtl w:val="1"/>
              </w:rPr>
              <w:t>ג׳ · סוגה, מטרה ואמינות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🎯 1. מיינו את הטקסטים לפי המטרה שלהם. כתבו את מספרי הטקסטים.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2551"/>
              <w:gridCol w:w="2551"/>
              <w:gridCol w:w="2551"/>
              <w:gridCol w:w="2551"/>
            </w:tblGrid>
            <w:tr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למסור מידע</w:t>
                  </w:r>
                </w:p>
              </w:tc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לשכנע / להזמין</w:t>
                  </w:r>
                </w:p>
              </w:tc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לבדר / לספר</w:t>
                  </w:r>
                </w:p>
              </w:tc>
              <w:tc>
                <w:tcPr>
                  <w:tcW w:type="dxa" w:w="2551"/>
                  <w:shd w:val="clear" w:color="auto" w:fill="FFF1C9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להדריך איך עושים</w:t>
                  </w:r>
                </w:p>
              </w:tc>
            </w:tr>
            <w:tr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2551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🔍 2. באיזה טקסט חסר שדה? איזה שדה, ולמה לדעתכם הוא חסר?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⚖️ 3. איזה טקסט הכי אמין בעיניכם? נמקו בעזרת שני שדות מהתעודה.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ההבדל בין מוען לנמען? כתבו במשפט אחד.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למה חשוב לבדוק את תאריך הפרסום?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תרגול · תעודת זהות לטקסט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תעודת זהות לטקסט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